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[TARGET ROLE]</w:t>
      </w:r>
    </w:p>
    <w:p>
      <w:pPr>
        <w:spacing w:after="80"/>
      </w:pPr>
      <w:r>
        <w:rPr>
          <w:color w:val="535B60"/>
          <w:sz w:val="18"/>
        </w:rPr>
        <w:t>[City, state]  ·  [Phone]  ·  [Professional email]</w:t>
      </w:r>
    </w:p>
    <w:p>
      <w:pPr>
        <w:pStyle w:val="Heading1"/>
      </w:pPr>
      <w:r>
        <w:t>PROFESSIONAL PROFILE</w:t>
      </w:r>
    </w:p>
    <w:p>
      <w:r>
        <w:t>[Your trade or work background], with experience in [relevant work or equipment]. Skilled in [two strengths supported by your work]. Seeking [target role], bringing [specific relevant experience].</w:t>
      </w:r>
    </w:p>
    <w:p>
      <w:pPr>
        <w:pStyle w:val="Heading1"/>
      </w:pPr>
      <w:r>
        <w:t>KEY SKILLS AND EQUIPMENT</w:t>
      </w:r>
    </w:p>
    <w:p>
      <w:pPr>
        <w:pStyle w:val="ListBullet"/>
      </w:pPr>
      <w:r>
        <w:t>[Skill or equipment] — [your practical experience or level of responsibility]</w:t>
      </w:r>
    </w:p>
    <w:p>
      <w:pPr>
        <w:pStyle w:val="ListBullet"/>
      </w:pPr>
      <w:r>
        <w:t>[Skill or work process] — [where and how you have used it]</w:t>
      </w:r>
    </w:p>
    <w:p>
      <w:pPr>
        <w:pStyle w:val="ListBullet"/>
      </w:pPr>
      <w:r>
        <w:t>[Safety or service responsibility] — [the procedure or standard you follow]</w:t>
      </w:r>
    </w:p>
    <w:p>
      <w:pPr>
        <w:pStyle w:val="Heading1"/>
      </w:pPr>
      <w:r>
        <w:t>LICENCES AND QUALIFICATIONS</w:t>
      </w:r>
    </w:p>
    <w:p>
      <w:pPr>
        <w:pStyle w:val="ListBullet"/>
      </w:pPr>
      <w:r>
        <w:t>[Relevant qualification or licence class] · [Provider] · [Year or status]</w:t>
      </w:r>
    </w:p>
    <w:p>
      <w:pPr>
        <w:pStyle w:val="ListBullet"/>
      </w:pPr>
      <w:r>
        <w:t>[Relevant completed training] · [Provider] · [Year]</w:t>
      </w:r>
    </w:p>
    <w:p>
      <w:pPr>
        <w:pStyle w:val="Heading1"/>
      </w:pPr>
      <w:r>
        <w:t>EMPLOYMENT HISTORY</w:t>
      </w:r>
    </w:p>
    <w:p>
      <w:pPr>
        <w:pStyle w:val="Heading2"/>
      </w:pPr>
      <w:r>
        <w:t>[Most recent job title]</w:t>
      </w:r>
    </w:p>
    <w:p>
      <w:pPr>
        <w:keepNext/>
        <w:tabs>
          <w:tab w:pos="9986" w:val="right"/>
        </w:tabs>
        <w:spacing w:after="80"/>
      </w:pPr>
      <w:r>
        <w:rPr>
          <w:color w:val="535B60"/>
          <w:sz w:val="18"/>
        </w:rPr>
        <w:t>[Employer] · [Location]</w:t>
        <w:tab/>
        <w:t>[Month year] – [Present]</w:t>
      </w:r>
    </w:p>
    <w:p>
      <w:pPr>
        <w:pStyle w:val="ListBullet"/>
      </w:pPr>
      <w:r>
        <w:t>[Action] [equipment, task or work area], including [specific responsibility].</w:t>
      </w:r>
    </w:p>
    <w:p>
      <w:pPr>
        <w:pStyle w:val="ListBullet"/>
      </w:pPr>
      <w:r>
        <w:t>[Describe a work example and its result, using only details you can support.]</w:t>
      </w:r>
    </w:p>
    <w:p>
      <w:pPr>
        <w:pStyle w:val="ListBullet"/>
      </w:pPr>
      <w:r>
        <w:t>[Explain a relevant safety, teamwork or work-record responsibility.]</w:t>
      </w:r>
    </w:p>
    <w:p>
      <w:pPr>
        <w:pStyle w:val="Heading2"/>
      </w:pPr>
      <w:r>
        <w:t>[Previous job title]</w:t>
      </w:r>
    </w:p>
    <w:p>
      <w:pPr>
        <w:keepNext/>
        <w:tabs>
          <w:tab w:pos="9986" w:val="right"/>
        </w:tabs>
        <w:spacing w:after="80"/>
      </w:pPr>
      <w:r>
        <w:rPr>
          <w:color w:val="535B60"/>
          <w:sz w:val="18"/>
        </w:rPr>
        <w:t>[Employer] · [Location]</w:t>
        <w:tab/>
        <w:t>[Month year] – [Month year]</w:t>
      </w:r>
    </w:p>
    <w:p>
      <w:pPr>
        <w:pStyle w:val="ListBullet"/>
      </w:pPr>
      <w:r>
        <w:t>[Describe the most relevant work, tools or responsibilities from this role.]</w:t>
      </w:r>
    </w:p>
    <w:p>
      <w:pPr>
        <w:pStyle w:val="Heading1"/>
      </w:pPr>
      <w:r>
        <w:t>LOCATION AND AVAILABILITY</w:t>
      </w:r>
    </w:p>
    <w:p>
      <w:r>
        <w:t>[Notice period] · [Roster availability] · [Travel or relocation details, if relevant]</w:t>
      </w:r>
    </w:p>
    <w:p>
      <w:pPr>
        <w:pStyle w:val="Title"/>
        <w:pageBreakBefore/>
      </w:pPr>
      <w:r>
        <w:t>Make it your own</w:t>
      </w:r>
    </w:p>
    <w:p>
      <w:pPr>
        <w:pStyle w:val="Subtitle"/>
      </w:pPr>
      <w:r>
        <w:t>EDITING GUIDE</w:t>
      </w:r>
    </w:p>
    <w:p>
      <w:r>
        <w:t>Use the first page for your application. Replace the prompts with your own details, then delete this guide before sending your resume.</w:t>
      </w:r>
    </w:p>
    <w:p>
      <w:pPr>
        <w:pStyle w:val="Heading1"/>
      </w:pPr>
      <w:r>
        <w:t>WRITE A PROFILE WITH SUBSTANCE</w:t>
      </w:r>
    </w:p>
    <w:p>
      <w:r>
        <w:t>Name your trade or work background, the relevant work you have done and the role you want. Choose evidence over general claims such as hard-working or a team player. If you are new to mining, say where your transferable experience comes from.</w:t>
      </w:r>
    </w:p>
    <w:p>
      <w:pPr>
        <w:pStyle w:val="Heading1"/>
      </w:pPr>
      <w:r>
        <w:t>MAKE EVERY WORK EXAMPLE SPECIFIC</w:t>
      </w:r>
    </w:p>
    <w:p>
      <w:r>
        <w:t>Use this structure: what you did, the equipment or work setting, and your responsibility. Add a result only when you can support it.</w:t>
      </w:r>
    </w:p>
    <w:p>
      <w:pPr>
        <w:spacing w:after="80"/>
      </w:pPr>
      <w:r>
        <w:rPr>
          <w:color w:val="535B60"/>
          <w:sz w:val="18"/>
        </w:rPr>
        <w:t>WRITING EXAMPLE — USE ONLY IF IT MATCHES YOUR EXPERIENCE</w:t>
      </w:r>
    </w:p>
    <w:p>
      <w:r>
        <w:t>General: Responsible for maintenance.</w:t>
      </w:r>
    </w:p>
    <w:p>
      <w:r>
        <w:t xml:space="preserve">More specific: </w:t>
      </w:r>
      <w:r>
        <w:t>Completed scheduled servicing on mobile equipment, recorded defects and handed outstanding work to the next shift.</w:t>
      </w:r>
    </w:p>
    <w:p>
      <w:pPr>
        <w:pStyle w:val="Heading1"/>
      </w:pPr>
      <w:r>
        <w:t>KEEP THE LAYOUT WORKING FOR YOU</w:t>
      </w:r>
    </w:p>
    <w:p>
      <w:r>
        <w:t>Replace text within each section. Use Word’s Heading 1 style for sections and Heading 2 for job titles. Keep employer and dates on the same line using the existing tab. If they become too long, put dates on their own line.</w:t>
      </w:r>
    </w:p>
    <w:p>
      <w:r>
        <w:t>Duplicate a job block for another relevant role. Let your experience continue onto another page when needed; keep the body text readable. Add Education if it provides information not already covered by your qualifications.</w:t>
      </w:r>
    </w:p>
    <w:p>
      <w:pPr>
        <w:pStyle w:val="Heading1"/>
      </w:pPr>
      <w:r>
        <w:t>CHECK THE DETAILS BEFORE APPLYING</w:t>
      </w:r>
    </w:p>
    <w:p>
      <w:pPr>
        <w:pStyle w:val="ListBullet"/>
      </w:pPr>
      <w:r>
        <w:t>Search for [ to find unfinished prompts. Remove empty sections and this guide.</w:t>
      </w:r>
    </w:p>
    <w:p>
      <w:pPr>
        <w:pStyle w:val="ListBullet"/>
      </w:pPr>
      <w:r>
        <w:t>Check names, dates, phone and email. Keep qualifications and results accurate.</w:t>
      </w:r>
    </w:p>
    <w:p>
      <w:pPr>
        <w:pStyle w:val="ListBullet"/>
      </w:pPr>
      <w:r>
        <w:t>Follow the vacancy’s file instructions. Reopen the saved Word or PDF to check page breaks and that the text is readable.</w:t>
      </w:r>
    </w:p>
    <w:p>
      <w:pPr>
        <w:pStyle w:val="Heading1"/>
      </w:pPr>
      <w:r>
        <w:t>EXAMPLES AND A SECOND LOOK</w:t>
      </w:r>
    </w:p>
    <w:p>
      <w:r>
        <w:t>Find role-specific examples at fifoready.ai/blog and free CV feedback at fifoready.ai/ats-scanner. The scan does not verify credentials or predict interviews. Remove identity numbers, medical details and referee contacts before scanning.</w:t>
      </w:r>
    </w:p>
    <w:p>
      <w:pPr>
        <w:spacing w:after="80"/>
      </w:pPr>
      <w:r>
        <w:rPr>
          <w:color w:val="535B60"/>
          <w:sz w:val="18"/>
        </w:rPr>
        <w:t>FIFO Ready · Perth · Free to use for your own job applications</w:t>
      </w:r>
    </w:p>
    <w:p>
      <w:pPr>
        <w:spacing w:after="80"/>
      </w:pPr>
      <w:r>
        <w:rPr>
          <w:color w:val="535B60"/>
          <w:sz w:val="18"/>
        </w:rPr>
        <w:t>fifoready.ai/templates</w:t>
      </w:r>
    </w:p>
    <w:sectPr w:rsidR="00FC693F" w:rsidRPr="0006063C" w:rsidSect="00034616">
      <w:pgSz w:w="11906" w:h="16838"/>
      <w:pgMar w:top="960" w:right="960" w:bottom="96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12" w:lineRule="auto" w:after="100"/>
    </w:pPr>
    <w:rPr>
      <w:rFonts w:ascii="Arial" w:hAnsi="Arial"/>
      <w:b w:val="0"/>
      <w:i w:val="0"/>
      <w:color w:val="262B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140" w:line="312" w:lineRule="auto"/>
      <w:outlineLvl w:val="0"/>
    </w:pPr>
    <w:rPr>
      <w:rFonts w:ascii="Arial" w:hAnsi="Arial"/>
      <w:b/>
      <w:bCs/>
      <w:i w:val="0"/>
      <w:color w:val="000000"/>
      <w:sz w:val="19"/>
      <w:szCs w:val="28"/>
      <w:spacing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40" w:line="312" w:lineRule="auto"/>
      <w:outlineLvl w:val="1"/>
    </w:pPr>
    <w:rPr>
      <w:rFonts w:ascii="Arial" w:hAnsi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00" w:line="312" w:lineRule="auto"/>
      <w:contextualSpacing/>
    </w:pPr>
    <w:rPr>
      <w:rFonts w:ascii="Times New Roman" w:hAnsi="Times New Roman"/>
      <w:b w:val="0"/>
      <w:i w:val="0"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line="312" w:lineRule="auto" w:after="100"/>
    </w:pPr>
    <w:rPr>
      <w:rFonts w:ascii="Arial" w:hAnsi="Arial"/>
      <w:b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312" w:lineRule="auto" w:after="60"/>
      <w:ind w:left="220" w:hanging="220"/>
      <w:contextualSpacing/>
    </w:pPr>
    <w:rPr>
      <w:rFonts w:ascii="Arial" w:hAnsi="Arial"/>
      <w:b w:val="0"/>
      <w:i w:val="0"/>
      <w:color w:val="262B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FIFO resume template</dc:title>
  <dc:subject>Editable professional resume with a separate writing guide</dc:subject>
  <dc:creator>FIFO Ready</dc:creator>
  <cp:keywords>resume, FIFO, mining, editable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